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44"/>
        </w:rPr>
        <w:t>Egri Városi Kispályás Bajnokság 2026 Ősz</w:t>
      </w:r>
    </w:p>
    <w:p>
      <w:pPr>
        <w:spacing w:before="160" w:after="40"/>
      </w:pPr>
      <w:r>
        <w:rPr>
          <w:b/>
          <w:sz w:val="28"/>
        </w:rPr>
        <w:t>1. forduló – szeptember 7., hétfő</w:t>
      </w:r>
    </w:p>
    <w:p>
      <w:pPr>
        <w:spacing w:after="80"/>
      </w:pPr>
      <w:r>
        <w:rPr>
          <w:b/>
        </w:rPr>
        <w:t>Szabadnapos: Önkéntesek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  <w:tc>
          <w:tcPr>
            <w:tcW w:type="dxa" w:w="3513"/>
            <w:vAlign w:val="center"/>
          </w:tcPr>
          <w:p>
            <w:r>
              <w:t>Win-Build – Parasztkolbász FC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Felnémet VBK – Szilvásváradi SE</w:t>
            </w:r>
          </w:p>
        </w:tc>
        <w:tc>
          <w:tcPr>
            <w:tcW w:type="dxa" w:w="3513"/>
            <w:vAlign w:val="center"/>
          </w:tcPr>
          <w:p>
            <w:r>
              <w:t>Alibi Akadémia – BLÉZ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Nerrazzurri Cards Hungary – Korzó Étterem - Nyerőmű</w:t>
            </w:r>
          </w:p>
        </w:tc>
        <w:tc>
          <w:tcPr>
            <w:tcW w:type="dxa" w:w="3513"/>
            <w:vAlign w:val="center"/>
          </w:tcPr>
          <w:p>
            <w:r>
              <w:t>Dr. Zebra – ÁCSOrgók</w:t>
            </w:r>
          </w:p>
        </w:tc>
      </w:tr>
    </w:tbl>
    <w:p>
      <w:pPr>
        <w:spacing w:before="160" w:after="40"/>
      </w:pPr>
      <w:r>
        <w:rPr>
          <w:b/>
          <w:sz w:val="28"/>
        </w:rPr>
        <w:t>2. forduló – szeptember 14., hétfő</w:t>
      </w:r>
    </w:p>
    <w:p>
      <w:pPr>
        <w:spacing w:after="80"/>
      </w:pPr>
      <w:r>
        <w:rPr>
          <w:b/>
        </w:rPr>
        <w:t>Szabadnapos: BLÉZ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Önkéntesek – Parasztkolbász FC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Win-Build – ÁCSOrgók</w:t>
            </w:r>
          </w:p>
        </w:tc>
        <w:tc>
          <w:tcPr>
            <w:tcW w:type="dxa" w:w="3513"/>
            <w:vAlign w:val="center"/>
          </w:tcPr>
          <w:p>
            <w:r>
              <w:t>Alibi Akadémia – Szilvásváradi SE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Dr. Zebra – Korzó Étterem - Nyerőmű</w:t>
            </w:r>
          </w:p>
        </w:tc>
        <w:tc>
          <w:tcPr>
            <w:tcW w:type="dxa" w:w="3513"/>
            <w:vAlign w:val="center"/>
          </w:tcPr>
          <w:p>
            <w:r>
              <w:t>Felnémet VBK – Nerrazzurri Cards Hungary</w:t>
            </w:r>
          </w:p>
        </w:tc>
      </w:tr>
    </w:tbl>
    <w:p>
      <w:pPr>
        <w:spacing w:before="160" w:after="40"/>
      </w:pPr>
      <w:r>
        <w:rPr>
          <w:b/>
          <w:sz w:val="28"/>
        </w:rPr>
        <w:t>3. forduló – szeptember 21., hétfő</w:t>
      </w:r>
    </w:p>
    <w:p>
      <w:pPr>
        <w:spacing w:after="80"/>
      </w:pPr>
      <w:r>
        <w:rPr>
          <w:b/>
        </w:rPr>
        <w:t>Szabadnapos: Szilvásváradi 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Önkéntesek – BLÉZ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Parasztkolbász FC – ÁCSOrgók</w:t>
            </w:r>
          </w:p>
        </w:tc>
        <w:tc>
          <w:tcPr>
            <w:tcW w:type="dxa" w:w="3513"/>
            <w:vAlign w:val="center"/>
          </w:tcPr>
          <w:p>
            <w:r>
              <w:t>Win-Build – Korzó Étterem - Nyerőmű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Alibi Akadémia – Nerrazzurri Cards Hungary</w:t>
            </w:r>
          </w:p>
        </w:tc>
        <w:tc>
          <w:tcPr>
            <w:tcW w:type="dxa" w:w="3513"/>
            <w:vAlign w:val="center"/>
          </w:tcPr>
          <w:p>
            <w:r>
              <w:t>Dr. Zebra – Felnémet VBK</w:t>
            </w:r>
          </w:p>
        </w:tc>
      </w:tr>
    </w:tbl>
    <w:p>
      <w:pPr>
        <w:spacing w:before="160" w:after="40"/>
      </w:pPr>
      <w:r>
        <w:rPr>
          <w:b/>
          <w:sz w:val="28"/>
        </w:rPr>
        <w:t>4. forduló – szeptember 28., hétfő</w:t>
      </w:r>
    </w:p>
    <w:p>
      <w:pPr>
        <w:spacing w:after="80"/>
      </w:pPr>
      <w:r>
        <w:rPr>
          <w:b/>
        </w:rPr>
        <w:t>Szabadnapos: Nerrazzurri Cards Hungary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Önkéntesek – ÁCSOrgók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BLÉZ – Szilvásváradi SE</w:t>
            </w:r>
          </w:p>
        </w:tc>
        <w:tc>
          <w:tcPr>
            <w:tcW w:type="dxa" w:w="3513"/>
            <w:vAlign w:val="center"/>
          </w:tcPr>
          <w:p>
            <w:r>
              <w:t>Parasztkolbász FC – Korzó Étterem - Nyerőmű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Alibi Akadémia – Dr. Zebra</w:t>
            </w:r>
          </w:p>
        </w:tc>
        <w:tc>
          <w:tcPr>
            <w:tcW w:type="dxa" w:w="3513"/>
            <w:vAlign w:val="center"/>
          </w:tcPr>
          <w:p>
            <w:r>
              <w:t>Win-Build – Felnémet VBK</w:t>
            </w:r>
          </w:p>
        </w:tc>
      </w:tr>
    </w:tbl>
    <w:p>
      <w:pPr>
        <w:spacing w:before="160" w:after="40"/>
      </w:pPr>
      <w:r>
        <w:rPr>
          <w:b/>
          <w:sz w:val="28"/>
        </w:rPr>
        <w:t>5. forduló – október 5., hétfő</w:t>
      </w:r>
    </w:p>
    <w:p>
      <w:pPr>
        <w:spacing w:after="80"/>
      </w:pPr>
      <w:r>
        <w:rPr>
          <w:b/>
        </w:rPr>
        <w:t>Szabadnapos: Dr. Zebra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  <w:tc>
          <w:tcPr>
            <w:tcW w:type="dxa" w:w="3513"/>
            <w:vAlign w:val="center"/>
          </w:tcPr>
          <w:p>
            <w:r>
              <w:t>Önkéntesek – Szilvásváradi SE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BLÉZ – Nerrazzurri Cards Hungary</w:t>
            </w:r>
          </w:p>
        </w:tc>
        <w:tc>
          <w:tcPr>
            <w:tcW w:type="dxa" w:w="3513"/>
            <w:vAlign w:val="center"/>
          </w:tcPr>
          <w:p>
            <w:r>
              <w:t>ÁCSOrgók – Korzó Étterem - Nyerőmű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Parasztkolbász FC – Felnémet VBK</w:t>
            </w:r>
          </w:p>
        </w:tc>
        <w:tc>
          <w:tcPr>
            <w:tcW w:type="dxa" w:w="3513"/>
            <w:vAlign w:val="center"/>
          </w:tcPr>
          <w:p>
            <w:r>
              <w:t>Win-Build – Alibi Akadémia</w:t>
            </w:r>
          </w:p>
        </w:tc>
      </w:tr>
    </w:tbl>
    <w:p>
      <w:pPr>
        <w:spacing w:before="160" w:after="40"/>
      </w:pPr>
      <w:r>
        <w:rPr>
          <w:b/>
          <w:sz w:val="28"/>
        </w:rPr>
        <w:t>6. forduló – október 12., hétfő</w:t>
      </w:r>
    </w:p>
    <w:p>
      <w:pPr>
        <w:spacing w:after="80"/>
      </w:pPr>
      <w:r>
        <w:rPr>
          <w:b/>
        </w:rPr>
        <w:t>Szabadnapos: Win-Build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Önkéntesek – Korzó Étterem - Nyerőmű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Szilvásváradi SE – Nerrazzurri Cards Hungary</w:t>
            </w:r>
          </w:p>
        </w:tc>
        <w:tc>
          <w:tcPr>
            <w:tcW w:type="dxa" w:w="3513"/>
            <w:vAlign w:val="center"/>
          </w:tcPr>
          <w:p>
            <w:r>
              <w:t>ÁCSOrgók – Felnémet VBK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BLÉZ – Dr. Zebra</w:t>
            </w:r>
          </w:p>
        </w:tc>
        <w:tc>
          <w:tcPr>
            <w:tcW w:type="dxa" w:w="3513"/>
            <w:vAlign w:val="center"/>
          </w:tcPr>
          <w:p>
            <w:r>
              <w:t>Parasztkolbász FC – Alibi Akadémia</w:t>
            </w:r>
          </w:p>
        </w:tc>
      </w:tr>
    </w:tbl>
    <w:p>
      <w:pPr>
        <w:spacing w:before="160" w:after="40"/>
      </w:pPr>
      <w:r>
        <w:rPr>
          <w:b/>
          <w:sz w:val="28"/>
        </w:rPr>
        <w:t>7. forduló – október 19., hétfő</w:t>
      </w:r>
    </w:p>
    <w:p>
      <w:pPr>
        <w:spacing w:after="80"/>
      </w:pPr>
      <w:r>
        <w:rPr>
          <w:b/>
        </w:rPr>
        <w:t>Szabadnapos: Parasztkolbász FC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  <w:tc>
          <w:tcPr>
            <w:tcW w:type="dxa" w:w="3513"/>
            <w:vAlign w:val="center"/>
          </w:tcPr>
          <w:p>
            <w:r>
              <w:t>Önkéntesek – Nerrazzurri Cards Hungary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Korzó Étterem - Nyerőmű – Felnémet VBK</w:t>
            </w:r>
          </w:p>
        </w:tc>
        <w:tc>
          <w:tcPr>
            <w:tcW w:type="dxa" w:w="3513"/>
            <w:vAlign w:val="center"/>
          </w:tcPr>
          <w:p>
            <w:r>
              <w:t>Szilvásváradi SE – Dr. Zebra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ÁCSOrgók – Alibi Akadémia</w:t>
            </w:r>
          </w:p>
        </w:tc>
        <w:tc>
          <w:tcPr>
            <w:tcW w:type="dxa" w:w="3513"/>
            <w:vAlign w:val="center"/>
          </w:tcPr>
          <w:p>
            <w:r>
              <w:t>BLÉZ – Win-Build</w:t>
            </w:r>
          </w:p>
        </w:tc>
      </w:tr>
    </w:tbl>
    <w:p>
      <w:pPr>
        <w:spacing w:before="160" w:after="40"/>
      </w:pPr>
      <w:r>
        <w:rPr>
          <w:b/>
          <w:sz w:val="28"/>
        </w:rPr>
        <w:t>8. forduló – október 26., hétfő</w:t>
      </w:r>
    </w:p>
    <w:p>
      <w:pPr>
        <w:spacing w:after="80"/>
      </w:pPr>
      <w:r>
        <w:rPr>
          <w:b/>
        </w:rPr>
        <w:t>Szabadnapos: ÁCSOrgók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  <w:tc>
          <w:tcPr>
            <w:tcW w:type="dxa" w:w="3513"/>
            <w:vAlign w:val="center"/>
          </w:tcPr>
          <w:p>
            <w:r>
              <w:t>Önkéntesek – Felnémet VBK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Szilvásváradi SE – Win-Build</w:t>
            </w:r>
          </w:p>
        </w:tc>
        <w:tc>
          <w:tcPr>
            <w:tcW w:type="dxa" w:w="3513"/>
            <w:vAlign w:val="center"/>
          </w:tcPr>
          <w:p>
            <w:r>
              <w:t>Nerrazzurri Cards Hungary – Dr. Zebra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Korzó Étterem - Nyerőmű – Alibi Akadémia</w:t>
            </w:r>
          </w:p>
        </w:tc>
        <w:tc>
          <w:tcPr>
            <w:tcW w:type="dxa" w:w="3513"/>
            <w:vAlign w:val="center"/>
          </w:tcPr>
          <w:p>
            <w:r>
              <w:t>BLÉZ – Parasztkolbász FC</w:t>
            </w:r>
          </w:p>
        </w:tc>
      </w:tr>
    </w:tbl>
    <w:p>
      <w:pPr>
        <w:spacing w:before="160" w:after="40"/>
      </w:pPr>
      <w:r>
        <w:rPr>
          <w:b/>
          <w:sz w:val="28"/>
        </w:rPr>
        <w:t>9. forduló – november 2., hétfő</w:t>
      </w:r>
    </w:p>
    <w:p>
      <w:pPr>
        <w:spacing w:after="80"/>
      </w:pPr>
      <w:r>
        <w:rPr>
          <w:b/>
        </w:rPr>
        <w:t>Szabadnapos: Korzó Étterem - Nyerőmű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  <w:tc>
          <w:tcPr>
            <w:tcW w:type="dxa" w:w="3513"/>
            <w:vAlign w:val="center"/>
          </w:tcPr>
          <w:p>
            <w:r>
              <w:t>Önkéntesek – Dr. Zebra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Felnémet VBK – Alibi Akadémia</w:t>
            </w:r>
          </w:p>
        </w:tc>
        <w:tc>
          <w:tcPr>
            <w:tcW w:type="dxa" w:w="3513"/>
            <w:vAlign w:val="center"/>
          </w:tcPr>
          <w:p>
            <w:r>
              <w:t>Szilvásváradi SE – Parasztkolbász FC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Nerrazzurri Cards Hungary – Win-Build</w:t>
            </w:r>
          </w:p>
        </w:tc>
        <w:tc>
          <w:tcPr>
            <w:tcW w:type="dxa" w:w="3513"/>
            <w:vAlign w:val="center"/>
          </w:tcPr>
          <w:p>
            <w:r>
              <w:t>ÁCSOrgók – BLÉZ</w:t>
            </w:r>
          </w:p>
        </w:tc>
      </w:tr>
    </w:tbl>
    <w:p>
      <w:pPr>
        <w:spacing w:before="160" w:after="40"/>
      </w:pPr>
      <w:r>
        <w:rPr>
          <w:b/>
          <w:sz w:val="28"/>
        </w:rPr>
        <w:t>10. forduló – november 9., hétfő</w:t>
      </w:r>
    </w:p>
    <w:p>
      <w:pPr>
        <w:spacing w:after="80"/>
      </w:pPr>
      <w:r>
        <w:rPr>
          <w:b/>
        </w:rPr>
        <w:t>Szabadnapos: Felnémet VBK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  <w:tc>
          <w:tcPr>
            <w:tcW w:type="dxa" w:w="3513"/>
            <w:vAlign w:val="center"/>
          </w:tcPr>
          <w:p>
            <w:r>
              <w:t>Önkéntesek – Alibi Akadémia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Szilvásváradi SE – ÁCSOrgók</w:t>
            </w:r>
          </w:p>
        </w:tc>
        <w:tc>
          <w:tcPr>
            <w:tcW w:type="dxa" w:w="3513"/>
            <w:vAlign w:val="center"/>
          </w:tcPr>
          <w:p>
            <w:r>
              <w:t>Nerrazzurri Cards Hungary – Parasztkolbász FC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Dr. Zebra – Win-Build</w:t>
            </w:r>
          </w:p>
        </w:tc>
        <w:tc>
          <w:tcPr>
            <w:tcW w:type="dxa" w:w="3513"/>
            <w:vAlign w:val="center"/>
          </w:tcPr>
          <w:p>
            <w:r>
              <w:t>Korzó Étterem - Nyerőmű – BLÉZ</w:t>
            </w:r>
          </w:p>
        </w:tc>
      </w:tr>
    </w:tbl>
    <w:p>
      <w:pPr>
        <w:spacing w:before="160" w:after="40"/>
      </w:pPr>
      <w:r>
        <w:rPr>
          <w:b/>
          <w:sz w:val="28"/>
        </w:rPr>
        <w:t>11. forduló – november 16., hétfő</w:t>
      </w:r>
    </w:p>
    <w:p>
      <w:pPr>
        <w:spacing w:after="80"/>
      </w:pPr>
      <w:r>
        <w:rPr>
          <w:b/>
        </w:rPr>
        <w:t>Szabadnapos: Alibi Akadémia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Időpont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1. pálya</w:t>
            </w:r>
          </w:p>
        </w:tc>
        <w:tc>
          <w:tcPr>
            <w:tcW w:type="dxa" w:w="3513"/>
            <w:shd w:fill="D9EAF7"/>
            <w:vAlign w:val="center"/>
          </w:tcPr>
          <w:p>
            <w:r>
              <w:rPr>
                <w:b/>
              </w:rPr>
              <w:t>2. pálya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18:00</w:t>
            </w:r>
          </w:p>
        </w:tc>
        <w:tc>
          <w:tcPr>
            <w:tcW w:type="dxa" w:w="3513"/>
            <w:vAlign w:val="center"/>
          </w:tcPr>
          <w:p>
            <w:r>
              <w:t>Önkéntesek – Win-Build</w:t>
            </w:r>
          </w:p>
        </w:tc>
        <w:tc>
          <w:tcPr>
            <w:tcW w:type="dxa" w:w="3513"/>
            <w:vAlign w:val="center"/>
          </w:tcPr>
          <w:p>
            <w:r>
              <w:t>—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19:00</w:t>
            </w:r>
          </w:p>
        </w:tc>
        <w:tc>
          <w:tcPr>
            <w:tcW w:type="dxa" w:w="3513"/>
            <w:vAlign w:val="center"/>
          </w:tcPr>
          <w:p>
            <w:r>
              <w:t>Dr. Zebra – Parasztkolbász FC</w:t>
            </w:r>
          </w:p>
        </w:tc>
        <w:tc>
          <w:tcPr>
            <w:tcW w:type="dxa" w:w="3513"/>
            <w:vAlign w:val="center"/>
          </w:tcPr>
          <w:p>
            <w:r>
              <w:t>Korzó Étterem - Nyerőmű – Szilvásváradi SE</w:t>
            </w:r>
          </w:p>
        </w:tc>
      </w:tr>
      <w:tr>
        <w:tc>
          <w:tcPr>
            <w:tcW w:type="dxa" w:w="3513"/>
            <w:vAlign w:val="center"/>
          </w:tcPr>
          <w:p>
            <w:r>
              <w:rPr>
                <w:b/>
              </w:rPr>
              <w:t>20:00</w:t>
            </w:r>
          </w:p>
        </w:tc>
        <w:tc>
          <w:tcPr>
            <w:tcW w:type="dxa" w:w="3513"/>
            <w:vAlign w:val="center"/>
          </w:tcPr>
          <w:p>
            <w:r>
              <w:t>Felnémet VBK – BLÉZ</w:t>
            </w:r>
          </w:p>
        </w:tc>
        <w:tc>
          <w:tcPr>
            <w:tcW w:type="dxa" w:w="3513"/>
            <w:vAlign w:val="center"/>
          </w:tcPr>
          <w:p>
            <w:r>
              <w:t>Nerrazzurri Cards Hungary – ÁCSOrgók</w:t>
            </w:r>
          </w:p>
        </w:tc>
      </w:tr>
    </w:tbl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