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KISPÁLYÁS LABDARÚGÓ BAJNOKSÁG</w:t>
      </w:r>
    </w:p>
    <w:p>
      <w:pPr>
        <w:pStyle w:val="Heading2"/>
      </w:pPr>
      <w:r>
        <w:t>Nevezési lap</w:t>
      </w:r>
    </w:p>
    <w:p>
      <w:pPr>
        <w:pStyle w:val="Heading2"/>
      </w:pPr>
      <w:r>
        <w:t>Csapat adatai</w:t>
      </w:r>
    </w:p>
    <w:p>
      <w:r>
        <w:rPr>
          <w:b/>
        </w:rPr>
        <w:t xml:space="preserve">Csapat neve: </w:t>
      </w:r>
      <w:r>
        <w:t>________________________________________</w:t>
      </w:r>
    </w:p>
    <w:p>
      <w:r>
        <w:rPr>
          <w:b/>
        </w:rPr>
        <w:t xml:space="preserve">Település: </w:t>
      </w:r>
      <w:r>
        <w:t>________________________________________</w:t>
      </w:r>
    </w:p>
    <w:p>
      <w:r>
        <w:rPr>
          <w:b/>
        </w:rPr>
        <w:t xml:space="preserve">Csapatvezető neve: </w:t>
      </w:r>
      <w:r>
        <w:t>________________________________________</w:t>
      </w:r>
    </w:p>
    <w:p>
      <w:r>
        <w:rPr>
          <w:b/>
        </w:rPr>
        <w:t xml:space="preserve">Telefonszám: </w:t>
      </w:r>
      <w:r>
        <w:t>________________________________________</w:t>
      </w:r>
    </w:p>
    <w:p>
      <w:r>
        <w:rPr>
          <w:b/>
        </w:rPr>
        <w:t xml:space="preserve">E-mail cím: </w:t>
      </w:r>
      <w:r>
        <w:t>________________________________________</w:t>
      </w:r>
    </w:p>
    <w:p>
      <w:r>
        <w:rPr>
          <w:b/>
        </w:rPr>
        <w:t xml:space="preserve">Kategória: </w:t>
      </w:r>
      <w:r>
        <w:t>☐ Felnőtt    ☐ Öregfiúk</w:t>
      </w:r>
    </w:p>
    <w:p>
      <w:pPr>
        <w:pStyle w:val="Heading2"/>
      </w:pPr>
      <w:r>
        <w:t>Játékosok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Sorszám</w:t>
            </w:r>
          </w:p>
        </w:tc>
        <w:tc>
          <w:tcPr>
            <w:tcW w:type="dxa" w:w="2160"/>
          </w:tcPr>
          <w:p>
            <w:r>
              <w:t>Név</w:t>
            </w:r>
          </w:p>
        </w:tc>
        <w:tc>
          <w:tcPr>
            <w:tcW w:type="dxa" w:w="2160"/>
          </w:tcPr>
          <w:p>
            <w:r>
              <w:t>Születési dátum</w:t>
            </w:r>
          </w:p>
        </w:tc>
        <w:tc>
          <w:tcPr>
            <w:tcW w:type="dxa" w:w="2160"/>
          </w:tcPr>
          <w:p>
            <w:r>
              <w:t>Aláírás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8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9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10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11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12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13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14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15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16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17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18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19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20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Nyilatkozat</w:t>
      </w:r>
    </w:p>
    <w:p>
      <w:r>
        <w:t>Alulírott csapatvezető kijelentem, hogy a nevezési lapon szereplő adatok a valóságnak megfelelnek, és a bajnokság szabályait elfogadom.</w:t>
      </w:r>
    </w:p>
    <w:p>
      <w:r>
        <w:t>Dátum: ______________________</w:t>
      </w:r>
    </w:p>
    <w:p>
      <w:r>
        <w:t>Csapatvezető aláírása: _______________________________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