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Lines/>
        <w:spacing w:before="0" w:after="60" w:line="259" w:lineRule="auto"/>
        <w:jc w:val="center"/>
      </w:pPr>
      <w:r>
        <w:rPr>
          <w:rFonts w:ascii="Calibri" w:hAnsi="Calibri"/>
          <w:b/>
          <w:color w:val="1F4D78"/>
          <w:sz w:val="34"/>
        </w:rPr>
        <w:t>SZÜLŐI HOZZÁJÁRULÓ NYILATKOZAT</w:t>
      </w:r>
    </w:p>
    <w:p>
      <w:pPr>
        <w:keepLines/>
        <w:spacing w:before="0" w:after="260" w:line="259" w:lineRule="auto"/>
        <w:jc w:val="center"/>
      </w:pPr>
      <w:r>
        <w:rPr>
          <w:rFonts w:ascii="Calibri" w:hAnsi="Calibri"/>
          <w:b w:val="0"/>
          <w:color w:val="555555"/>
          <w:sz w:val="21"/>
        </w:rPr>
        <w:t>kispályás labdarúgó-bajnokságon történő részvételhez</w:t>
      </w:r>
    </w:p>
    <w:p>
      <w:pPr>
        <w:keepLines/>
        <w:spacing w:before="0" w:after="60" w:line="259" w:lineRule="auto"/>
      </w:pPr>
      <w:r>
        <w:rPr>
          <w:rFonts w:ascii="Calibri" w:hAnsi="Calibri"/>
          <w:b/>
          <w:color w:val="000000"/>
          <w:sz w:val="21"/>
        </w:rPr>
        <w:t xml:space="preserve">Szülő/törvényes képviselő neve: </w:t>
      </w:r>
      <w:r>
        <w:rPr>
          <w:rFonts w:ascii="Calibri" w:hAnsi="Calibri"/>
          <w:b w:val="0"/>
          <w:color w:val="666666"/>
          <w:sz w:val="21"/>
        </w:rPr>
        <w:t>......................................................</w:t>
      </w:r>
    </w:p>
    <w:p>
      <w:pPr>
        <w:keepLines/>
        <w:spacing w:before="0" w:after="60" w:line="259" w:lineRule="auto"/>
      </w:pPr>
      <w:r>
        <w:rPr>
          <w:rFonts w:ascii="Calibri" w:hAnsi="Calibri"/>
          <w:b/>
          <w:color w:val="000000"/>
          <w:sz w:val="21"/>
        </w:rPr>
        <w:t xml:space="preserve">Lakcíme: </w:t>
      </w:r>
      <w:r>
        <w:rPr>
          <w:rFonts w:ascii="Calibri" w:hAnsi="Calibri"/>
          <w:b w:val="0"/>
          <w:color w:val="666666"/>
          <w:sz w:val="21"/>
        </w:rPr>
        <w:t>..............................................................................</w:t>
      </w:r>
    </w:p>
    <w:p>
      <w:pPr>
        <w:keepLines/>
        <w:spacing w:before="0" w:after="60" w:line="259" w:lineRule="auto"/>
      </w:pPr>
      <w:r>
        <w:rPr>
          <w:rFonts w:ascii="Calibri" w:hAnsi="Calibri"/>
          <w:b/>
          <w:color w:val="000000"/>
          <w:sz w:val="21"/>
        </w:rPr>
        <w:t xml:space="preserve">Telefonszáma: </w:t>
      </w:r>
      <w:r>
        <w:rPr>
          <w:rFonts w:ascii="Calibri" w:hAnsi="Calibri"/>
          <w:b w:val="0"/>
          <w:color w:val="666666"/>
          <w:sz w:val="21"/>
        </w:rPr>
        <w:t>......................................................................</w:t>
      </w:r>
    </w:p>
    <w:p>
      <w:pPr>
        <w:keepLines w:val="0"/>
        <w:spacing w:before="60" w:after="60" w:line="259" w:lineRule="auto"/>
      </w:pPr>
      <w:r>
        <w:rPr>
          <w:rFonts w:ascii="Calibri" w:hAnsi="Calibri"/>
          <w:b w:val="0"/>
          <w:color w:val="000000"/>
          <w:sz w:val="21"/>
        </w:rPr>
        <w:t>mint</w:t>
      </w:r>
    </w:p>
    <w:p>
      <w:pPr>
        <w:keepLines/>
        <w:spacing w:before="0" w:after="60" w:line="259" w:lineRule="auto"/>
      </w:pPr>
      <w:r>
        <w:rPr>
          <w:rFonts w:ascii="Calibri" w:hAnsi="Calibri"/>
          <w:b/>
          <w:color w:val="000000"/>
          <w:sz w:val="21"/>
        </w:rPr>
        <w:t xml:space="preserve">Kiskorú játékos neve: </w:t>
      </w:r>
      <w:r>
        <w:rPr>
          <w:rFonts w:ascii="Calibri" w:hAnsi="Calibri"/>
          <w:b w:val="0"/>
          <w:color w:val="666666"/>
          <w:sz w:val="21"/>
        </w:rPr>
        <w:t>..............................................................</w:t>
      </w:r>
    </w:p>
    <w:p>
      <w:pPr>
        <w:keepLines/>
        <w:spacing w:before="0" w:after="60" w:line="259" w:lineRule="auto"/>
      </w:pPr>
      <w:r>
        <w:rPr>
          <w:rFonts w:ascii="Calibri" w:hAnsi="Calibri"/>
          <w:b/>
          <w:color w:val="000000"/>
          <w:sz w:val="21"/>
        </w:rPr>
        <w:t xml:space="preserve">Születési helye és ideje: </w:t>
      </w:r>
      <w:r>
        <w:rPr>
          <w:rFonts w:ascii="Calibri" w:hAnsi="Calibri"/>
          <w:b w:val="0"/>
          <w:color w:val="666666"/>
          <w:sz w:val="21"/>
        </w:rPr>
        <w:t>.........................................................</w:t>
      </w:r>
    </w:p>
    <w:p>
      <w:pPr>
        <w:keepLines w:val="0"/>
        <w:spacing w:before="140" w:after="140" w:line="259" w:lineRule="auto"/>
      </w:pPr>
      <w:r>
        <w:rPr>
          <w:rFonts w:ascii="Calibri" w:hAnsi="Calibri"/>
          <w:b w:val="0"/>
          <w:color w:val="000000"/>
          <w:sz w:val="21"/>
        </w:rPr>
        <w:t>szülője/törvényes képviselője kijelentem, hogy hozzájárulok ahhoz, hogy gyermekem - aki a bajnokság megrendezésének naptári évében tölti be a 16. életévét - részt vegyen az alábbi kispályás labdarúgó-bajnokság mérkőzésein.</w:t>
      </w:r>
    </w:p>
    <w:p>
      <w:pPr>
        <w:keepLines/>
        <w:spacing w:before="0" w:after="60" w:line="259" w:lineRule="auto"/>
      </w:pPr>
      <w:r>
        <w:rPr>
          <w:rFonts w:ascii="Calibri" w:hAnsi="Calibri"/>
          <w:b/>
          <w:color w:val="000000"/>
          <w:sz w:val="21"/>
        </w:rPr>
        <w:t xml:space="preserve">Bajnokság neve: </w:t>
      </w:r>
      <w:r>
        <w:rPr>
          <w:rFonts w:ascii="Calibri" w:hAnsi="Calibri"/>
          <w:b w:val="0"/>
          <w:color w:val="666666"/>
          <w:sz w:val="21"/>
        </w:rPr>
        <w:t>....................................................................</w:t>
      </w:r>
    </w:p>
    <w:p>
      <w:pPr>
        <w:keepLines/>
        <w:spacing w:before="0" w:after="60" w:line="259" w:lineRule="auto"/>
      </w:pPr>
      <w:r>
        <w:rPr>
          <w:rFonts w:ascii="Calibri" w:hAnsi="Calibri"/>
          <w:b/>
          <w:color w:val="000000"/>
          <w:sz w:val="21"/>
        </w:rPr>
        <w:t xml:space="preserve">Helyszíne és időpontja: </w:t>
      </w:r>
      <w:r>
        <w:rPr>
          <w:rFonts w:ascii="Calibri" w:hAnsi="Calibri"/>
          <w:b w:val="0"/>
          <w:color w:val="666666"/>
          <w:sz w:val="21"/>
        </w:rPr>
        <w:t>...........................................................</w:t>
      </w:r>
    </w:p>
    <w:p>
      <w:pPr>
        <w:keepLines w:val="0"/>
        <w:spacing w:before="140" w:after="140" w:line="259" w:lineRule="auto"/>
      </w:pPr>
      <w:r>
        <w:rPr>
          <w:rFonts w:ascii="Calibri" w:hAnsi="Calibri"/>
          <w:b w:val="0"/>
          <w:color w:val="000000"/>
          <w:sz w:val="21"/>
        </w:rPr>
        <w:t>Kijelentem, hogy gyermekem sportolásra alkalmas egészségi állapotban van, és tudomásul veszem, hogy köteles betartani a bajnokság versenykiírását, szabályzatát, valamint a szervezők és a játékvezetők utasításait.</w:t>
      </w:r>
    </w:p>
    <w:p>
      <w:pPr>
        <w:keepLines w:val="0"/>
        <w:spacing w:before="0" w:after="240" w:line="259" w:lineRule="auto"/>
      </w:pPr>
      <w:r>
        <w:rPr>
          <w:rFonts w:ascii="Calibri" w:hAnsi="Calibri"/>
          <w:b w:val="0"/>
          <w:color w:val="000000"/>
          <w:sz w:val="21"/>
        </w:rPr>
        <w:t>Jelen nyilatkozatot önként, a szükséges tájékoztatás birtokában teszem.</w:t>
      </w:r>
    </w:p>
    <w:p>
      <w:pPr>
        <w:keepLines/>
        <w:spacing w:before="0" w:after="60" w:line="259" w:lineRule="auto"/>
      </w:pPr>
      <w:r>
        <w:rPr>
          <w:rFonts w:ascii="Calibri" w:hAnsi="Calibri"/>
          <w:b/>
          <w:color w:val="000000"/>
          <w:sz w:val="21"/>
        </w:rPr>
        <w:t xml:space="preserve">Kelt: </w:t>
      </w:r>
      <w:r>
        <w:rPr>
          <w:rFonts w:ascii="Calibri" w:hAnsi="Calibri"/>
          <w:b w:val="0"/>
          <w:color w:val="666666"/>
          <w:sz w:val="21"/>
        </w:rPr>
        <w:t>..............................................................................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c>
          <w:tcPr>
            <w:tcW w:type="dxa" w:w="4680"/>
            <w:tcMar>
              <w:top w:w="120" w:type="dxa"/>
              <w:start w:w="120" w:type="dxa"/>
              <w:bottom w:w="80" w:type="dxa"/>
              <w:end w:w="12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360" w:after="40"/>
              <w:jc w:val="center"/>
            </w:pPr>
            <w:r>
              <w:rPr>
                <w:rFonts w:ascii="Calibri" w:hAnsi="Calibri"/>
                <w:b w:val="0"/>
                <w:color w:val="666666"/>
                <w:sz w:val="21"/>
              </w:rPr>
              <w:t>........................................................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444444"/>
                <w:sz w:val="18"/>
              </w:rPr>
              <w:t>Szülő/törvényes képviselő aláírása</w:t>
            </w:r>
          </w:p>
        </w:tc>
        <w:tc>
          <w:tcPr>
            <w:tcW w:type="dxa" w:w="4680"/>
            <w:tcMar>
              <w:top w:w="120" w:type="dxa"/>
              <w:start w:w="120" w:type="dxa"/>
              <w:bottom w:w="80" w:type="dxa"/>
              <w:end w:w="12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360" w:after="40"/>
              <w:jc w:val="center"/>
            </w:pPr>
            <w:r>
              <w:rPr>
                <w:rFonts w:ascii="Calibri" w:hAnsi="Calibri"/>
                <w:b w:val="0"/>
                <w:color w:val="666666"/>
                <w:sz w:val="21"/>
              </w:rPr>
              <w:t>........................................................</w:t>
            </w:r>
          </w:p>
          <w:p>
            <w:pPr>
              <w:spacing w:after="0"/>
              <w:jc w:val="center"/>
            </w:pPr>
            <w:r>
              <w:rPr>
                <w:rFonts w:ascii="Calibri" w:hAnsi="Calibri"/>
                <w:b/>
                <w:color w:val="444444"/>
                <w:sz w:val="18"/>
              </w:rPr>
              <w:t>Kiskorú játékos aláírása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37" w:right="1224" w:bottom="1037" w:left="1224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color w:val="777777"/>
        <w:sz w:val="17"/>
      </w:rPr>
      <w:t>Szülői hozzájáruló nyilatkozat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Szülői hozzájáruló nyilatkozat</dc:title>
  <dc:subject>Kispályás labdarúgó-bajnokság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